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1A4B7" w14:textId="393BBF73" w:rsidR="00E222F2" w:rsidRPr="00512A3E" w:rsidRDefault="00000000">
      <w:pPr>
        <w:jc w:val="right"/>
        <w:rPr>
          <w:lang w:val="pl-PL"/>
        </w:rPr>
      </w:pPr>
      <w:r w:rsidRPr="00512A3E">
        <w:rPr>
          <w:lang w:val="pl-PL"/>
        </w:rPr>
        <w:t>Wrocław, dnia</w:t>
      </w:r>
      <w:r w:rsidR="00512A3E">
        <w:rPr>
          <w:lang w:val="pl-PL"/>
        </w:rPr>
        <w:t xml:space="preserve"> / </w:t>
      </w:r>
      <w:proofErr w:type="spellStart"/>
      <w:r w:rsidR="00512A3E" w:rsidRPr="002E19DA">
        <w:rPr>
          <w:color w:val="548DD4" w:themeColor="text2" w:themeTint="99"/>
          <w:lang w:val="pl-PL"/>
        </w:rPr>
        <w:t>date</w:t>
      </w:r>
      <w:proofErr w:type="spellEnd"/>
      <w:r w:rsidRPr="002E19DA">
        <w:rPr>
          <w:color w:val="548DD4" w:themeColor="text2" w:themeTint="99"/>
          <w:lang w:val="pl-PL"/>
        </w:rPr>
        <w:t xml:space="preserve"> </w:t>
      </w:r>
      <w:r w:rsidRPr="00512A3E">
        <w:rPr>
          <w:lang w:val="pl-PL"/>
        </w:rPr>
        <w:t>................................</w:t>
      </w:r>
      <w:r w:rsidR="00512A3E" w:rsidRPr="00512A3E">
        <w:rPr>
          <w:lang w:val="pl-PL"/>
        </w:rPr>
        <w:br/>
      </w:r>
    </w:p>
    <w:p w14:paraId="5878CF74" w14:textId="09433988" w:rsidR="00E222F2" w:rsidRPr="00A23467" w:rsidRDefault="00000000" w:rsidP="002E19DA">
      <w:pPr>
        <w:spacing w:after="120"/>
      </w:pPr>
      <w:r w:rsidRPr="00512A3E">
        <w:rPr>
          <w:lang w:val="pl-PL"/>
        </w:rPr>
        <w:t>Imię i nazwisko</w:t>
      </w:r>
      <w:r w:rsidR="00953F0E">
        <w:rPr>
          <w:lang w:val="pl-PL"/>
        </w:rPr>
        <w:t xml:space="preserve"> </w:t>
      </w:r>
      <w:r w:rsidRPr="00512A3E">
        <w:rPr>
          <w:lang w:val="pl-PL"/>
        </w:rPr>
        <w:t>.................................</w:t>
      </w:r>
      <w:r w:rsidRPr="00512A3E">
        <w:rPr>
          <w:i/>
          <w:sz w:val="18"/>
          <w:lang w:val="pl-PL"/>
        </w:rPr>
        <w:br/>
      </w:r>
      <w:r w:rsidR="00953F0E" w:rsidRPr="00A23467">
        <w:rPr>
          <w:i/>
          <w:color w:val="548DD4" w:themeColor="text2" w:themeTint="99"/>
          <w:sz w:val="18"/>
        </w:rPr>
        <w:t>Name and surname</w:t>
      </w:r>
    </w:p>
    <w:p w14:paraId="2DBB8037" w14:textId="7302D62B" w:rsidR="00E222F2" w:rsidRDefault="00000000" w:rsidP="002E19DA">
      <w:pPr>
        <w:spacing w:after="120"/>
      </w:pPr>
      <w:proofErr w:type="spellStart"/>
      <w:r w:rsidRPr="00A23467">
        <w:t>Dyscyplina</w:t>
      </w:r>
      <w:proofErr w:type="spellEnd"/>
      <w:r w:rsidRPr="00A23467">
        <w:t xml:space="preserve"> </w:t>
      </w:r>
      <w:proofErr w:type="spellStart"/>
      <w:r w:rsidRPr="00A23467">
        <w:t>naukowa</w:t>
      </w:r>
      <w:proofErr w:type="spellEnd"/>
      <w:r w:rsidRPr="00A23467">
        <w:t>: .................................</w:t>
      </w:r>
      <w:r w:rsidRPr="00A23467">
        <w:rPr>
          <w:i/>
          <w:sz w:val="18"/>
        </w:rPr>
        <w:br/>
      </w:r>
      <w:r w:rsidRPr="002E19DA">
        <w:rPr>
          <w:i/>
          <w:color w:val="548DD4" w:themeColor="text2" w:themeTint="99"/>
          <w:sz w:val="18"/>
        </w:rPr>
        <w:t>Scientific discipline</w:t>
      </w:r>
    </w:p>
    <w:p w14:paraId="0D32871D" w14:textId="4EDF1F90" w:rsidR="00E222F2" w:rsidRDefault="00000000" w:rsidP="002E19DA">
      <w:pPr>
        <w:spacing w:after="120"/>
      </w:pPr>
      <w:proofErr w:type="spellStart"/>
      <w:r>
        <w:t>Numer</w:t>
      </w:r>
      <w:proofErr w:type="spellEnd"/>
      <w:r>
        <w:t xml:space="preserve"> albumu: .................................</w:t>
      </w:r>
      <w:r>
        <w:rPr>
          <w:i/>
          <w:sz w:val="18"/>
        </w:rPr>
        <w:br/>
      </w:r>
      <w:r w:rsidRPr="002E19DA">
        <w:rPr>
          <w:i/>
          <w:color w:val="548DD4" w:themeColor="text2" w:themeTint="99"/>
          <w:sz w:val="18"/>
        </w:rPr>
        <w:t>Album number</w:t>
      </w:r>
    </w:p>
    <w:p w14:paraId="667621CC" w14:textId="73E0600C" w:rsidR="00E222F2" w:rsidRDefault="00000000" w:rsidP="002E19DA">
      <w:pPr>
        <w:spacing w:after="120"/>
      </w:pPr>
      <w:proofErr w:type="spellStart"/>
      <w:r>
        <w:t>Rok</w:t>
      </w:r>
      <w:proofErr w:type="spellEnd"/>
      <w:r>
        <w:t xml:space="preserve"> </w:t>
      </w:r>
      <w:proofErr w:type="spellStart"/>
      <w:r w:rsidR="00512A3E">
        <w:t>i</w:t>
      </w:r>
      <w:proofErr w:type="spellEnd"/>
      <w:r w:rsidR="00512A3E">
        <w:t xml:space="preserve"> </w:t>
      </w:r>
      <w:proofErr w:type="spellStart"/>
      <w:r w:rsidR="00512A3E">
        <w:t>semestr</w:t>
      </w:r>
      <w:proofErr w:type="spellEnd"/>
      <w:r>
        <w:t>: .................................</w:t>
      </w:r>
      <w:r>
        <w:rPr>
          <w:i/>
          <w:sz w:val="18"/>
        </w:rPr>
        <w:br/>
      </w:r>
      <w:r w:rsidRPr="002E19DA">
        <w:rPr>
          <w:i/>
          <w:color w:val="548DD4" w:themeColor="text2" w:themeTint="99"/>
          <w:sz w:val="18"/>
        </w:rPr>
        <w:t>Year of education</w:t>
      </w:r>
      <w:r w:rsidR="00512A3E" w:rsidRPr="002E19DA">
        <w:rPr>
          <w:i/>
          <w:color w:val="548DD4" w:themeColor="text2" w:themeTint="99"/>
          <w:sz w:val="18"/>
        </w:rPr>
        <w:t xml:space="preserve"> and </w:t>
      </w:r>
      <w:proofErr w:type="spellStart"/>
      <w:r w:rsidR="00512A3E" w:rsidRPr="002E19DA">
        <w:rPr>
          <w:i/>
          <w:color w:val="548DD4" w:themeColor="text2" w:themeTint="99"/>
          <w:sz w:val="18"/>
        </w:rPr>
        <w:t>semestr</w:t>
      </w:r>
      <w:proofErr w:type="spellEnd"/>
    </w:p>
    <w:p w14:paraId="5CFB8D23" w14:textId="66C50B18" w:rsidR="00E222F2" w:rsidRPr="00953F0E" w:rsidRDefault="00000000">
      <w:pPr>
        <w:jc w:val="right"/>
        <w:rPr>
          <w:lang w:val="pl-PL"/>
        </w:rPr>
      </w:pPr>
      <w:proofErr w:type="spellStart"/>
      <w:r w:rsidRPr="00512A3E">
        <w:rPr>
          <w:b/>
        </w:rPr>
        <w:t>Dziekan</w:t>
      </w:r>
      <w:proofErr w:type="spellEnd"/>
      <w:r w:rsidRPr="00512A3E">
        <w:rPr>
          <w:b/>
        </w:rPr>
        <w:t xml:space="preserve"> </w:t>
      </w:r>
      <w:proofErr w:type="spellStart"/>
      <w:r w:rsidRPr="00512A3E">
        <w:rPr>
          <w:b/>
        </w:rPr>
        <w:t>Szkoły</w:t>
      </w:r>
      <w:proofErr w:type="spellEnd"/>
      <w:r w:rsidRPr="00512A3E">
        <w:rPr>
          <w:b/>
        </w:rPr>
        <w:t xml:space="preserve"> </w:t>
      </w:r>
      <w:proofErr w:type="spellStart"/>
      <w:r w:rsidRPr="00512A3E">
        <w:rPr>
          <w:b/>
        </w:rPr>
        <w:t>Doktorskiej</w:t>
      </w:r>
      <w:proofErr w:type="spellEnd"/>
      <w:r w:rsidR="00512A3E" w:rsidRPr="00512A3E">
        <w:rPr>
          <w:b/>
        </w:rPr>
        <w:br/>
      </w:r>
      <w:r w:rsidR="00512A3E" w:rsidRPr="002E19DA">
        <w:rPr>
          <w:i/>
          <w:color w:val="548DD4" w:themeColor="text2" w:themeTint="99"/>
          <w:sz w:val="18"/>
        </w:rPr>
        <w:t>Dean of the Doctoral School</w:t>
      </w:r>
      <w:r w:rsidRPr="00512A3E">
        <w:rPr>
          <w:b/>
        </w:rPr>
        <w:br/>
        <w:t xml:space="preserve">Prof. </w:t>
      </w:r>
      <w:proofErr w:type="spellStart"/>
      <w:r w:rsidRPr="00512A3E">
        <w:rPr>
          <w:b/>
        </w:rPr>
        <w:t>dr</w:t>
      </w:r>
      <w:proofErr w:type="spellEnd"/>
      <w:r w:rsidRPr="00512A3E">
        <w:rPr>
          <w:b/>
        </w:rPr>
        <w:t xml:space="preserve"> hab. </w:t>
      </w:r>
      <w:proofErr w:type="spellStart"/>
      <w:r w:rsidRPr="00512A3E">
        <w:rPr>
          <w:b/>
        </w:rPr>
        <w:t>inż</w:t>
      </w:r>
      <w:proofErr w:type="spellEnd"/>
      <w:r w:rsidRPr="00512A3E">
        <w:rPr>
          <w:b/>
        </w:rPr>
        <w:t xml:space="preserve">. </w:t>
      </w:r>
      <w:r w:rsidRPr="00953F0E">
        <w:rPr>
          <w:b/>
          <w:lang w:val="pl-PL"/>
        </w:rPr>
        <w:t>Krzysztof Walkowiak</w:t>
      </w:r>
      <w:r w:rsidRPr="00953F0E">
        <w:rPr>
          <w:i/>
          <w:sz w:val="18"/>
          <w:lang w:val="pl-PL"/>
        </w:rPr>
        <w:br/>
      </w:r>
    </w:p>
    <w:p w14:paraId="2CBE9C6B" w14:textId="77777777" w:rsidR="002E19DA" w:rsidRDefault="00000000" w:rsidP="002E19DA">
      <w:pPr>
        <w:jc w:val="center"/>
        <w:rPr>
          <w:lang w:val="pl-PL"/>
        </w:rPr>
      </w:pPr>
      <w:r w:rsidRPr="00512A3E">
        <w:rPr>
          <w:b/>
          <w:sz w:val="24"/>
          <w:lang w:val="pl-PL"/>
        </w:rPr>
        <w:br/>
        <w:t>Wniosek o usprawiedliwienie nieobecności i zaliczenie praktyk zawodowych</w:t>
      </w:r>
      <w:r w:rsidRPr="00512A3E">
        <w:rPr>
          <w:i/>
          <w:lang w:val="pl-PL"/>
        </w:rPr>
        <w:br/>
        <w:t xml:space="preserve">Application for </w:t>
      </w:r>
      <w:proofErr w:type="spellStart"/>
      <w:r w:rsidRPr="00512A3E">
        <w:rPr>
          <w:i/>
          <w:lang w:val="pl-PL"/>
        </w:rPr>
        <w:t>excuse</w:t>
      </w:r>
      <w:proofErr w:type="spellEnd"/>
      <w:r w:rsidRPr="00512A3E">
        <w:rPr>
          <w:i/>
          <w:lang w:val="pl-PL"/>
        </w:rPr>
        <w:t xml:space="preserve"> of </w:t>
      </w:r>
      <w:proofErr w:type="spellStart"/>
      <w:r w:rsidRPr="00512A3E">
        <w:rPr>
          <w:i/>
          <w:lang w:val="pl-PL"/>
        </w:rPr>
        <w:t>absence</w:t>
      </w:r>
      <w:proofErr w:type="spellEnd"/>
      <w:r w:rsidRPr="00512A3E">
        <w:rPr>
          <w:i/>
          <w:lang w:val="pl-PL"/>
        </w:rPr>
        <w:t xml:space="preserve"> and </w:t>
      </w:r>
      <w:proofErr w:type="spellStart"/>
      <w:r w:rsidRPr="00512A3E">
        <w:rPr>
          <w:i/>
          <w:lang w:val="pl-PL"/>
        </w:rPr>
        <w:t>credit</w:t>
      </w:r>
      <w:proofErr w:type="spellEnd"/>
      <w:r w:rsidRPr="00512A3E">
        <w:rPr>
          <w:i/>
          <w:lang w:val="pl-PL"/>
        </w:rPr>
        <w:t xml:space="preserve"> for </w:t>
      </w:r>
      <w:proofErr w:type="spellStart"/>
      <w:r w:rsidRPr="00512A3E">
        <w:rPr>
          <w:i/>
          <w:lang w:val="pl-PL"/>
        </w:rPr>
        <w:t>professional</w:t>
      </w:r>
      <w:proofErr w:type="spellEnd"/>
      <w:r w:rsidRPr="00512A3E">
        <w:rPr>
          <w:i/>
          <w:lang w:val="pl-PL"/>
        </w:rPr>
        <w:t xml:space="preserve"> </w:t>
      </w:r>
      <w:proofErr w:type="spellStart"/>
      <w:r w:rsidRPr="00512A3E">
        <w:rPr>
          <w:i/>
          <w:lang w:val="pl-PL"/>
        </w:rPr>
        <w:t>practice</w:t>
      </w:r>
      <w:proofErr w:type="spellEnd"/>
      <w:r w:rsidR="002E19DA">
        <w:rPr>
          <w:lang w:val="pl-PL"/>
        </w:rPr>
        <w:br/>
      </w:r>
    </w:p>
    <w:p w14:paraId="0EDC23DC" w14:textId="705481D6" w:rsidR="00E222F2" w:rsidRPr="00A23467" w:rsidRDefault="00000000" w:rsidP="00B37156">
      <w:pPr>
        <w:rPr>
          <w:vanish/>
          <w:specVanish/>
        </w:rPr>
      </w:pPr>
      <w:r w:rsidRPr="00512A3E">
        <w:rPr>
          <w:lang w:val="pl-PL"/>
        </w:rPr>
        <w:t xml:space="preserve">Z powodu nieobecności związanej z …………………………………… (podać powód), zwracam się z prośbą o usprawiedliwienie mojej nieobecności w okresie od ..................... do ..................... oraz o zaliczenie godzin praktyk zawodowych </w:t>
      </w:r>
      <w:r w:rsidR="002E19DA">
        <w:rPr>
          <w:lang w:val="pl-PL"/>
        </w:rPr>
        <w:t xml:space="preserve"> </w:t>
      </w:r>
      <w:r w:rsidR="00B37156">
        <w:rPr>
          <w:lang w:val="pl-PL"/>
        </w:rPr>
        <w:br/>
      </w:r>
      <w:r w:rsidRPr="00512A3E">
        <w:rPr>
          <w:lang w:val="pl-PL"/>
        </w:rPr>
        <w:t>w liczbie ….. godzin przypadających w tym terminie jako godzin zrealizowanych zgodnie z planem.</w:t>
      </w:r>
      <w:r w:rsidR="00B37156">
        <w:rPr>
          <w:lang w:val="pl-PL"/>
        </w:rPr>
        <w:br/>
      </w:r>
      <w:r w:rsidRPr="00A23467">
        <w:rPr>
          <w:i/>
          <w:color w:val="548DD4" w:themeColor="text2" w:themeTint="99"/>
          <w:sz w:val="18"/>
        </w:rPr>
        <w:t>Due to the absence related to ................................</w:t>
      </w:r>
      <w:r w:rsidR="002E19DA" w:rsidRPr="00A23467">
        <w:rPr>
          <w:i/>
          <w:color w:val="548DD4" w:themeColor="text2" w:themeTint="99"/>
          <w:sz w:val="18"/>
        </w:rPr>
        <w:t>...............</w:t>
      </w:r>
      <w:r w:rsidRPr="00A23467">
        <w:rPr>
          <w:i/>
          <w:color w:val="548DD4" w:themeColor="text2" w:themeTint="99"/>
          <w:sz w:val="18"/>
        </w:rPr>
        <w:t xml:space="preserve">. </w:t>
      </w:r>
      <w:r w:rsidRPr="002E19DA">
        <w:rPr>
          <w:i/>
          <w:color w:val="548DD4" w:themeColor="text2" w:themeTint="99"/>
          <w:sz w:val="18"/>
        </w:rPr>
        <w:t>(provide reason), I am requesting to excuse my absence in the period from ..................... to ..................... and to credit the number of ….. hours of professional practice occurring during this period as hours completed according to the plan.</w:t>
      </w:r>
    </w:p>
    <w:p w14:paraId="2E587249" w14:textId="26F23FAC" w:rsidR="00E222F2" w:rsidRPr="002E19DA" w:rsidRDefault="00000000">
      <w:pPr>
        <w:rPr>
          <w:color w:val="548DD4" w:themeColor="text2" w:themeTint="99"/>
          <w:lang w:val="pl-PL"/>
        </w:rPr>
      </w:pPr>
      <w:r w:rsidRPr="00A23467">
        <w:rPr>
          <w:b/>
          <w:lang w:val="pl-PL"/>
        </w:rPr>
        <w:br/>
      </w:r>
      <w:r w:rsidR="00A23467" w:rsidRPr="00A23467">
        <w:rPr>
          <w:b/>
          <w:lang w:val="pl-PL"/>
        </w:rPr>
        <w:br/>
      </w:r>
      <w:r w:rsidRPr="00512A3E">
        <w:rPr>
          <w:b/>
          <w:lang w:val="pl-PL"/>
        </w:rPr>
        <w:t>Uzasadnienie:</w:t>
      </w:r>
      <w:r w:rsidRPr="00512A3E">
        <w:rPr>
          <w:i/>
          <w:sz w:val="18"/>
          <w:lang w:val="pl-PL"/>
        </w:rPr>
        <w:br/>
      </w:r>
      <w:proofErr w:type="spellStart"/>
      <w:r w:rsidRPr="002E19DA">
        <w:rPr>
          <w:i/>
          <w:color w:val="548DD4" w:themeColor="text2" w:themeTint="99"/>
          <w:sz w:val="18"/>
          <w:lang w:val="pl-PL"/>
        </w:rPr>
        <w:t>Justification</w:t>
      </w:r>
      <w:proofErr w:type="spellEnd"/>
      <w:r w:rsidRPr="002E19DA">
        <w:rPr>
          <w:i/>
          <w:color w:val="548DD4" w:themeColor="text2" w:themeTint="99"/>
          <w:sz w:val="18"/>
          <w:lang w:val="pl-PL"/>
        </w:rPr>
        <w:t>:</w:t>
      </w:r>
    </w:p>
    <w:p w14:paraId="12251950" w14:textId="77777777" w:rsidR="00E222F2" w:rsidRDefault="00000000">
      <w:pPr>
        <w:jc w:val="both"/>
      </w:pPr>
      <w:r w:rsidRPr="00512A3E">
        <w:rPr>
          <w:lang w:val="pl-PL"/>
        </w:rPr>
        <w:t>Na podstawie § 8 ust. 4 Regulaminu Szkoły Doktorskiej: "W czasie choroby lub innej nieprzewidzianej, usprawiedliwionej nieobecności doktoranta, na wniosek doktoranta skierowany do dziekana godziny praktyk zawodowych, które według planu zajęć przypadałyby w okresie tej nieobecności, mogą być zaliczone jako godziny zrealizowane zgodnie z planem".</w:t>
      </w:r>
      <w:r w:rsidRPr="00512A3E">
        <w:rPr>
          <w:i/>
          <w:sz w:val="18"/>
          <w:lang w:val="pl-PL"/>
        </w:rPr>
        <w:br/>
      </w:r>
      <w:r w:rsidRPr="002E19DA">
        <w:rPr>
          <w:i/>
          <w:color w:val="548DD4" w:themeColor="text2" w:themeTint="99"/>
          <w:sz w:val="18"/>
        </w:rPr>
        <w:t>According to § 8 sec. 4 of the Regulations of the Doctoral School: "During illness or other unforeseen, justified absence of a doctoral student, at the request of the doctoral student addressed to the dean, the hours of professional practice, which according to the curriculum would fall during this absence, may be credited as hours completed according to the plan".</w:t>
      </w:r>
    </w:p>
    <w:p w14:paraId="3448CDC8" w14:textId="77777777" w:rsidR="00E222F2" w:rsidRDefault="00000000">
      <w:pPr>
        <w:jc w:val="right"/>
      </w:pPr>
      <w:r>
        <w:br/>
      </w:r>
      <w:r>
        <w:br/>
        <w:t xml:space="preserve">...........................................................(podpis </w:t>
      </w:r>
      <w:proofErr w:type="spellStart"/>
      <w:r>
        <w:t>doktoranta</w:t>
      </w:r>
      <w:proofErr w:type="spellEnd"/>
      <w:r>
        <w:t>)</w:t>
      </w:r>
      <w:r>
        <w:rPr>
          <w:i/>
          <w:sz w:val="18"/>
        </w:rPr>
        <w:br/>
      </w:r>
      <w:r w:rsidRPr="002E19DA">
        <w:rPr>
          <w:i/>
          <w:color w:val="548DD4" w:themeColor="text2" w:themeTint="99"/>
          <w:sz w:val="18"/>
        </w:rPr>
        <w:t>(PhD student's signature)</w:t>
      </w:r>
    </w:p>
    <w:p w14:paraId="69755D99" w14:textId="77777777" w:rsidR="00E222F2" w:rsidRDefault="00000000">
      <w:pPr>
        <w:jc w:val="right"/>
      </w:pPr>
      <w:r>
        <w:br/>
      </w:r>
      <w:r>
        <w:br/>
        <w:t xml:space="preserve">...........................................................(podpis </w:t>
      </w:r>
      <w:proofErr w:type="spellStart"/>
      <w:r>
        <w:t>Dziekana</w:t>
      </w:r>
      <w:proofErr w:type="spellEnd"/>
      <w:r>
        <w:t>)</w:t>
      </w:r>
      <w:r>
        <w:rPr>
          <w:i/>
          <w:sz w:val="18"/>
        </w:rPr>
        <w:br/>
      </w:r>
      <w:r w:rsidRPr="002E19DA">
        <w:rPr>
          <w:i/>
          <w:color w:val="548DD4" w:themeColor="text2" w:themeTint="99"/>
          <w:sz w:val="18"/>
        </w:rPr>
        <w:t>(Dean's signature)</w:t>
      </w:r>
    </w:p>
    <w:sectPr w:rsidR="00E222F2" w:rsidSect="00034616">
      <w:pgSz w:w="12240" w:h="15840"/>
      <w:pgMar w:top="680" w:right="1134" w:bottom="68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463892380">
    <w:abstractNumId w:val="8"/>
  </w:num>
  <w:num w:numId="2" w16cid:durableId="2054579352">
    <w:abstractNumId w:val="6"/>
  </w:num>
  <w:num w:numId="3" w16cid:durableId="629824279">
    <w:abstractNumId w:val="5"/>
  </w:num>
  <w:num w:numId="4" w16cid:durableId="1115556885">
    <w:abstractNumId w:val="4"/>
  </w:num>
  <w:num w:numId="5" w16cid:durableId="563566867">
    <w:abstractNumId w:val="7"/>
  </w:num>
  <w:num w:numId="6" w16cid:durableId="1405879566">
    <w:abstractNumId w:val="3"/>
  </w:num>
  <w:num w:numId="7" w16cid:durableId="1755086142">
    <w:abstractNumId w:val="2"/>
  </w:num>
  <w:num w:numId="8" w16cid:durableId="693769288">
    <w:abstractNumId w:val="1"/>
  </w:num>
  <w:num w:numId="9" w16cid:durableId="270090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E19DA"/>
    <w:rsid w:val="00326F90"/>
    <w:rsid w:val="00512A3E"/>
    <w:rsid w:val="00953F0E"/>
    <w:rsid w:val="00A23467"/>
    <w:rsid w:val="00AA1D8D"/>
    <w:rsid w:val="00B37156"/>
    <w:rsid w:val="00B47730"/>
    <w:rsid w:val="00B76F28"/>
    <w:rsid w:val="00CB0664"/>
    <w:rsid w:val="00E222F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0B03B6"/>
  <w14:defaultImageDpi w14:val="300"/>
  <w15:docId w15:val="{2FE813C1-9E26-4DE4-BEE5-2346BF4F4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Calibri" w:hAnsi="Calibri"/>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312</Words>
  <Characters>1878</Characters>
  <Application>Microsoft Office Word</Application>
  <DocSecurity>0</DocSecurity>
  <Lines>15</Lines>
  <Paragraphs>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2186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Regina Stelmaszyk</cp:lastModifiedBy>
  <cp:revision>3</cp:revision>
  <cp:lastPrinted>2026-05-11T13:06:00Z</cp:lastPrinted>
  <dcterms:created xsi:type="dcterms:W3CDTF">2026-05-11T13:02:00Z</dcterms:created>
  <dcterms:modified xsi:type="dcterms:W3CDTF">2026-05-11T13:09:00Z</dcterms:modified>
  <cp:category/>
</cp:coreProperties>
</file>