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968"/>
        <w:gridCol w:w="4968"/>
      </w:tblGrid>
      <w:tr>
        <w:tc>
          <w:tcPr>
            <w:tcW w:type="dxa" w:w="6480"/>
          </w:tcPr>
          <w:p>
            <w:pPr>
              <w:spacing w:after="40"/>
            </w:pPr>
            <w:r>
              <w:rPr>
                <w:rFonts w:ascii="Calibri" w:hAnsi="Calibri"/>
                <w:b/>
                <w:i w:val="0"/>
                <w:color w:val="8B0000"/>
                <w:sz w:val="24"/>
              </w:rPr>
              <w:t>POLITECHNIKA WROCŁAWSKA</w:t>
              <w:br/>
            </w:r>
            <w:r>
              <w:rPr>
                <w:rFonts w:ascii="Calibri" w:hAnsi="Calibri"/>
                <w:b/>
                <w:i w:val="0"/>
                <w:color w:val="1E1E1E"/>
                <w:sz w:val="20"/>
              </w:rPr>
              <w:t>SZKOŁA DOKTORSKA / DOCTORAL SCHOOL</w:t>
            </w:r>
          </w:p>
        </w:tc>
        <w:tc>
          <w:tcPr>
            <w:tcW w:type="dxa" w:w="3312"/>
          </w:tcPr>
          <w:p>
            <w:pPr>
              <w:spacing w:after="40"/>
              <w:jc w:val="right"/>
            </w:pPr>
            <w:r>
              <w:rPr>
                <w:rFonts w:ascii="Calibri" w:hAnsi="Calibri"/>
                <w:b w:val="0"/>
                <w:i w:val="0"/>
                <w:color w:val="1E1E1E"/>
                <w:sz w:val="20"/>
              </w:rPr>
              <w:t>Wrocław, ......................... r.</w:t>
            </w:r>
          </w:p>
        </w:tc>
      </w:tr>
    </w:tbl>
    <w:p>
      <w:pPr>
        <w:spacing w:after="120"/>
      </w:pPr>
    </w:p>
    <w:tbl>
      <w:tblPr>
        <w:tblW w:type="auto" w:w="0"/>
        <w:jc w:val="center"/>
        <w:tblLayout w:type="fixed"/>
        <w:tblLook w:firstColumn="1" w:firstRow="1" w:lastColumn="0" w:lastRow="0" w:noHBand="0" w:noVBand="1" w:val="04A0"/>
      </w:tblPr>
      <w:tblGrid>
        <w:gridCol w:w="4968"/>
        <w:gridCol w:w="4968"/>
      </w:tblGrid>
      <w:tr>
        <w:tc>
          <w:tcPr>
            <w:tcW w:type="dxa" w:w="4032"/>
            <w:tcBorders>
              <w:bottom w:val="single" w:color="E0E0E0" w:sz="4" w:space="0"/>
            </w:tcBorders>
          </w:tcPr>
          <w:p>
            <w:pPr>
              <w:spacing w:after="60" w:before="60"/>
            </w:pPr>
            <w:r>
              <w:rPr>
                <w:rFonts w:ascii="Calibri" w:hAnsi="Calibri"/>
                <w:b/>
                <w:i w:val="0"/>
                <w:color w:val="1E1E1E"/>
                <w:sz w:val="19"/>
              </w:rPr>
              <w:t xml:space="preserve">Imię i nazwisko </w:t>
            </w:r>
            <w:r>
              <w:rPr>
                <w:rFonts w:ascii="Calibri" w:hAnsi="Calibri"/>
                <w:b w:val="0"/>
                <w:i/>
                <w:color w:val="646464"/>
                <w:sz w:val="18"/>
              </w:rPr>
              <w:t>/ First name and last name:</w:t>
            </w:r>
          </w:p>
        </w:tc>
        <w:tc>
          <w:tcPr>
            <w:tcW w:type="dxa" w:w="5760"/>
            <w:tcBorders>
              <w:bottom w:val="single" w:color="E0E0E0" w:sz="4" w:space="0"/>
            </w:tcBorders>
          </w:tcPr>
          <w:p>
            <w:pPr>
              <w:spacing w:after="60" w:before="60"/>
            </w:pPr>
            <w:r>
              <w:rPr>
                <w:rFonts w:ascii="Calibri" w:hAnsi="Calibri"/>
                <w:b w:val="0"/>
                <w:i w:val="0"/>
                <w:color w:val="1E1E1E"/>
                <w:sz w:val="19"/>
              </w:rPr>
              <w:t>................................................................................................</w:t>
            </w:r>
          </w:p>
        </w:tc>
      </w:tr>
      <w:tr>
        <w:tc>
          <w:tcPr>
            <w:tcW w:type="dxa" w:w="4032"/>
            <w:tcBorders>
              <w:bottom w:val="single" w:color="E0E0E0" w:sz="4" w:space="0"/>
            </w:tcBorders>
          </w:tcPr>
          <w:p>
            <w:pPr>
              <w:spacing w:after="60" w:before="60"/>
            </w:pPr>
            <w:r>
              <w:rPr>
                <w:rFonts w:ascii="Calibri" w:hAnsi="Calibri"/>
                <w:b/>
                <w:i w:val="0"/>
                <w:color w:val="1E1E1E"/>
                <w:sz w:val="19"/>
              </w:rPr>
              <w:t xml:space="preserve">Numer albumu </w:t>
            </w:r>
            <w:r>
              <w:rPr>
                <w:rFonts w:ascii="Calibri" w:hAnsi="Calibri"/>
                <w:b w:val="0"/>
                <w:i/>
                <w:color w:val="646464"/>
                <w:sz w:val="18"/>
              </w:rPr>
              <w:t>/ Number of album:</w:t>
            </w:r>
          </w:p>
        </w:tc>
        <w:tc>
          <w:tcPr>
            <w:tcW w:type="dxa" w:w="5760"/>
            <w:tcBorders>
              <w:bottom w:val="single" w:color="E0E0E0" w:sz="4" w:space="0"/>
            </w:tcBorders>
          </w:tcPr>
          <w:p>
            <w:pPr>
              <w:spacing w:after="60" w:before="60"/>
            </w:pPr>
            <w:r>
              <w:rPr>
                <w:rFonts w:ascii="Calibri" w:hAnsi="Calibri"/>
                <w:b w:val="0"/>
                <w:i w:val="0"/>
                <w:color w:val="1E1E1E"/>
                <w:sz w:val="19"/>
              </w:rPr>
              <w:t>................................................................................................</w:t>
            </w:r>
          </w:p>
        </w:tc>
      </w:tr>
      <w:tr>
        <w:tc>
          <w:tcPr>
            <w:tcW w:type="dxa" w:w="4032"/>
            <w:tcBorders>
              <w:bottom w:val="single" w:color="E0E0E0" w:sz="4" w:space="0"/>
            </w:tcBorders>
          </w:tcPr>
          <w:p>
            <w:pPr>
              <w:spacing w:after="60" w:before="60"/>
            </w:pPr>
            <w:r>
              <w:rPr>
                <w:rFonts w:ascii="Calibri" w:hAnsi="Calibri"/>
                <w:b/>
                <w:i w:val="0"/>
                <w:color w:val="1E1E1E"/>
                <w:sz w:val="19"/>
              </w:rPr>
              <w:t xml:space="preserve">Rok studiów </w:t>
            </w:r>
            <w:r>
              <w:rPr>
                <w:rFonts w:ascii="Calibri" w:hAnsi="Calibri"/>
                <w:b w:val="0"/>
                <w:i/>
                <w:color w:val="646464"/>
                <w:sz w:val="18"/>
              </w:rPr>
              <w:t>/ Year of study , semestr</w:t>
            </w:r>
          </w:p>
        </w:tc>
        <w:tc>
          <w:tcPr>
            <w:tcW w:type="dxa" w:w="5760"/>
            <w:tcBorders>
              <w:bottom w:val="single" w:color="E0E0E0" w:sz="4" w:space="0"/>
            </w:tcBorders>
          </w:tcPr>
          <w:p>
            <w:pPr>
              <w:spacing w:after="60" w:before="60"/>
            </w:pPr>
            <w:r>
              <w:rPr>
                <w:rFonts w:ascii="Calibri" w:hAnsi="Calibri"/>
                <w:b w:val="0"/>
                <w:i w:val="0"/>
                <w:color w:val="1E1E1E"/>
                <w:sz w:val="19"/>
              </w:rPr>
              <w:t>................................................................................................</w:t>
            </w:r>
          </w:p>
        </w:tc>
      </w:tr>
      <w:tr>
        <w:tc>
          <w:tcPr>
            <w:tcW w:type="dxa" w:w="4032"/>
            <w:tcBorders>
              <w:bottom w:val="single" w:color="E0E0E0" w:sz="4" w:space="0"/>
            </w:tcBorders>
          </w:tcPr>
          <w:p>
            <w:pPr>
              <w:spacing w:after="60" w:before="60"/>
            </w:pPr>
            <w:r>
              <w:rPr>
                <w:rFonts w:ascii="Calibri" w:hAnsi="Calibri"/>
                <w:b/>
                <w:i w:val="0"/>
                <w:color w:val="1E1E1E"/>
                <w:sz w:val="19"/>
              </w:rPr>
              <w:t xml:space="preserve">Dyscyplina </w:t>
            </w:r>
            <w:r>
              <w:rPr>
                <w:rFonts w:ascii="Calibri" w:hAnsi="Calibri"/>
                <w:b w:val="0"/>
                <w:i/>
                <w:color w:val="646464"/>
                <w:sz w:val="18"/>
              </w:rPr>
              <w:t>/ Scientific Discipline:</w:t>
            </w:r>
          </w:p>
        </w:tc>
        <w:tc>
          <w:tcPr>
            <w:tcW w:type="dxa" w:w="5760"/>
            <w:tcBorders>
              <w:bottom w:val="single" w:color="E0E0E0" w:sz="4" w:space="0"/>
            </w:tcBorders>
          </w:tcPr>
          <w:p>
            <w:pPr>
              <w:spacing w:after="60" w:before="60"/>
            </w:pPr>
            <w:r>
              <w:rPr>
                <w:rFonts w:ascii="Calibri" w:hAnsi="Calibri"/>
                <w:b w:val="0"/>
                <w:i w:val="0"/>
                <w:color w:val="1E1E1E"/>
                <w:sz w:val="19"/>
              </w:rPr>
              <w:t>................................................................................................</w:t>
            </w:r>
          </w:p>
        </w:tc>
      </w:tr>
    </w:tbl>
    <w:p>
      <w:pPr>
        <w:spacing w:before="240" w:after="240"/>
      </w:pPr>
    </w:p>
    <w:tbl>
      <w:tblPr>
        <w:tblW w:type="auto" w:w="0"/>
        <w:jc w:val="center"/>
        <w:tblLook w:firstColumn="1" w:firstRow="1" w:lastColumn="0" w:lastRow="0" w:noHBand="0" w:noVBand="1" w:val="04A0"/>
      </w:tblPr>
      <w:tblGrid>
        <w:gridCol w:w="9936"/>
      </w:tblGrid>
      <w:tr>
        <w:tc>
          <w:tcPr>
            <w:tcW w:type="dxa" w:w="9792"/>
            <w:shd w:fill="F4F4F4"/>
            <w:tcBorders>
              <w:top w:val="single" w:color="8B0000" w:sz="8" w:space="0"/>
              <w:left w:val="single" w:color="8B0000" w:sz="8" w:space="0"/>
              <w:bottom w:val="single" w:color="8B0000" w:sz="8" w:space="0"/>
              <w:right w:val="single" w:color="8B0000" w:sz="8" w:space="0"/>
            </w:tcBorders>
          </w:tcPr>
          <w:p>
            <w:pPr>
              <w:spacing w:before="120" w:after="120"/>
              <w:jc w:val="center"/>
            </w:pPr>
            <w:r>
              <w:rPr>
                <w:rFonts w:ascii="Calibri" w:hAnsi="Calibri"/>
                <w:b/>
                <w:i w:val="0"/>
                <w:color w:val="8B0000"/>
                <w:sz w:val="26"/>
              </w:rPr>
              <w:t>KWESTIONARIUSZ OSOBOWY</w:t>
              <w:br/>
            </w:r>
            <w:r>
              <w:rPr>
                <w:rFonts w:ascii="Calibri" w:hAnsi="Calibri"/>
                <w:b/>
                <w:i/>
                <w:color w:val="646464"/>
                <w:sz w:val="21"/>
              </w:rPr>
              <w:t>PERSONAL QUESTIONNAIRE</w:t>
            </w:r>
          </w:p>
        </w:tc>
      </w:tr>
    </w:tbl>
    <w:p>
      <w:pPr>
        <w:spacing w:after="120"/>
      </w:pPr>
    </w:p>
    <w:tbl>
      <w:tblPr>
        <w:tblW w:type="auto" w:w="0"/>
        <w:jc w:val="center"/>
        <w:tblLook w:firstColumn="1" w:firstRow="1" w:lastColumn="0" w:lastRow="0" w:noHBand="0" w:noVBand="1" w:val="04A0"/>
      </w:tblPr>
      <w:tblGrid>
        <w:gridCol w:w="4968"/>
        <w:gridCol w:w="4968"/>
      </w:tblGrid>
      <w:tr>
        <w:tc>
          <w:tcPr>
            <w:tcW w:type="dxa" w:w="4320"/>
            <w:tcBorders>
              <w:bottom w:val="single" w:color="EFEFEF" w:sz="4" w:space="0"/>
            </w:tcBorders>
          </w:tcPr>
          <w:p>
            <w:pPr>
              <w:spacing w:before="60" w:after="60"/>
            </w:pPr>
            <w:r>
              <w:rPr>
                <w:rFonts w:ascii="Calibri" w:hAnsi="Calibri"/>
                <w:b/>
                <w:i w:val="0"/>
                <w:color w:val="1E1E1E"/>
                <w:sz w:val="18"/>
              </w:rPr>
              <w:t>Imię (imiona) i nazwisko</w:t>
              <w:br/>
            </w:r>
            <w:r>
              <w:rPr>
                <w:rFonts w:ascii="Calibri" w:hAnsi="Calibri"/>
                <w:b w:val="0"/>
                <w:i/>
                <w:color w:val="646464"/>
                <w:sz w:val="16"/>
              </w:rPr>
              <w:t>First name (s) and surname</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Data i miejsce urodzenia</w:t>
              <w:br/>
            </w:r>
            <w:r>
              <w:rPr>
                <w:rFonts w:ascii="Calibri" w:hAnsi="Calibri"/>
                <w:b w:val="0"/>
                <w:i/>
                <w:color w:val="646464"/>
                <w:sz w:val="16"/>
              </w:rPr>
              <w:t>Date and place of birth</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Obywatelstwo</w:t>
              <w:br/>
            </w:r>
            <w:r>
              <w:rPr>
                <w:rFonts w:ascii="Calibri" w:hAnsi="Calibri"/>
                <w:b w:val="0"/>
                <w:i/>
                <w:color w:val="646464"/>
                <w:sz w:val="16"/>
              </w:rPr>
              <w:t>Citizenship</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Numer identyfikacyjny (PESEL)</w:t>
              <w:br/>
            </w:r>
            <w:r>
              <w:rPr>
                <w:rFonts w:ascii="Calibri" w:hAnsi="Calibri"/>
                <w:b w:val="0"/>
                <w:i/>
                <w:color w:val="646464"/>
                <w:sz w:val="16"/>
              </w:rPr>
              <w:t>Id number (PESEL)</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Nr paszportu (w przypadku cudzoziemców)</w:t>
              <w:br/>
            </w:r>
            <w:r>
              <w:rPr>
                <w:rFonts w:ascii="Calibri" w:hAnsi="Calibri"/>
                <w:b w:val="0"/>
                <w:i/>
                <w:color w:val="646464"/>
                <w:sz w:val="16"/>
              </w:rPr>
              <w:t>Passport number (for foreigners)</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14760"/>
            <w:gridSpan w:val="2"/>
            <w:shd w:fill="E8E8E8"/>
            <w:tcBorders>
              <w:top w:val="single" w:color="8B0000" w:sz="6" w:space="0"/>
              <w:bottom w:val="single" w:color="8B0000" w:sz="6" w:space="0"/>
            </w:tcBorders>
          </w:tcPr>
          <w:p>
            <w:pPr>
              <w:spacing w:before="120" w:after="80"/>
            </w:pPr>
            <w:r>
              <w:rPr>
                <w:rFonts w:ascii="Calibri" w:hAnsi="Calibri"/>
                <w:b/>
                <w:i w:val="0"/>
                <w:color w:val="8B0000"/>
                <w:sz w:val="19"/>
              </w:rPr>
              <w:t xml:space="preserve">MIEJSCE ZAMELDOWANIA (NA POBYT STAŁY) / </w:t>
            </w:r>
            <w:r>
              <w:rPr>
                <w:rFonts w:ascii="Calibri" w:hAnsi="Calibri"/>
                <w:b/>
                <w:i/>
                <w:color w:val="646464"/>
                <w:sz w:val="17"/>
              </w:rPr>
              <w:t>PLACE OF REGISTRATION (FOR PERMANENT RESIDENCE)</w:t>
            </w:r>
          </w:p>
        </w:tc>
      </w:tr>
      <w:tr>
        <w:tc>
          <w:tcPr>
            <w:tcW w:type="dxa" w:w="4320"/>
            <w:tcBorders>
              <w:bottom w:val="single" w:color="EFEFEF" w:sz="4" w:space="0"/>
            </w:tcBorders>
          </w:tcPr>
          <w:p>
            <w:pPr>
              <w:spacing w:before="60" w:after="60"/>
            </w:pPr>
            <w:r>
              <w:rPr>
                <w:rFonts w:ascii="Calibri" w:hAnsi="Calibri"/>
                <w:b/>
                <w:i w:val="0"/>
                <w:color w:val="1E1E1E"/>
                <w:sz w:val="18"/>
              </w:rPr>
              <w:t xml:space="preserve">  • Miejscowość</w:t>
              <w:br/>
            </w:r>
            <w:r>
              <w:rPr>
                <w:rFonts w:ascii="Calibri" w:hAnsi="Calibri"/>
                <w:b w:val="0"/>
                <w:i/>
                <w:color w:val="646464"/>
                <w:sz w:val="16"/>
              </w:rPr>
              <w:t>City</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 xml:space="preserve">  • Kod pocztowy / Poczta</w:t>
              <w:br/>
            </w:r>
            <w:r>
              <w:rPr>
                <w:rFonts w:ascii="Calibri" w:hAnsi="Calibri"/>
                <w:b w:val="0"/>
                <w:i/>
                <w:color w:val="646464"/>
                <w:sz w:val="16"/>
              </w:rPr>
              <w:t>Postcode / Post office</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 xml:space="preserve">  • Ulica, numer domu / mieszkania</w:t>
              <w:br/>
            </w:r>
            <w:r>
              <w:rPr>
                <w:rFonts w:ascii="Calibri" w:hAnsi="Calibri"/>
                <w:b w:val="0"/>
                <w:i/>
                <w:color w:val="646464"/>
                <w:sz w:val="16"/>
              </w:rPr>
              <w:t>Street, house / flat number</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14760"/>
            <w:gridSpan w:val="2"/>
            <w:shd w:fill="E8E8E8"/>
            <w:tcBorders>
              <w:top w:val="single" w:color="8B0000" w:sz="6" w:space="0"/>
              <w:bottom w:val="single" w:color="8B0000" w:sz="6" w:space="0"/>
            </w:tcBorders>
          </w:tcPr>
          <w:p>
            <w:pPr>
              <w:spacing w:before="120" w:after="80"/>
            </w:pPr>
            <w:r>
              <w:rPr>
                <w:rFonts w:ascii="Calibri" w:hAnsi="Calibri"/>
                <w:b/>
                <w:i w:val="0"/>
                <w:color w:val="8B0000"/>
                <w:sz w:val="19"/>
              </w:rPr>
              <w:t xml:space="preserve">ADRES DO KORESPONDENCJI (DO DORĘCZEŃ) / </w:t>
            </w:r>
            <w:r>
              <w:rPr>
                <w:rFonts w:ascii="Calibri" w:hAnsi="Calibri"/>
                <w:b/>
                <w:i/>
                <w:color w:val="646464"/>
                <w:sz w:val="17"/>
              </w:rPr>
              <w:t>ADDRESS FOR CORRESPONDENCE (FOR DELIVERIES)</w:t>
            </w:r>
          </w:p>
        </w:tc>
      </w:tr>
      <w:tr>
        <w:tc>
          <w:tcPr>
            <w:tcW w:type="dxa" w:w="4320"/>
            <w:tcBorders>
              <w:bottom w:val="single" w:color="EFEFEF" w:sz="4" w:space="0"/>
            </w:tcBorders>
          </w:tcPr>
          <w:p>
            <w:pPr>
              <w:spacing w:before="60" w:after="60"/>
            </w:pPr>
            <w:r>
              <w:rPr>
                <w:rFonts w:ascii="Calibri" w:hAnsi="Calibri"/>
                <w:b/>
                <w:i w:val="0"/>
                <w:color w:val="1E1E1E"/>
                <w:sz w:val="18"/>
              </w:rPr>
              <w:t xml:space="preserve">  • Miejscowość</w:t>
              <w:br/>
            </w:r>
            <w:r>
              <w:rPr>
                <w:rFonts w:ascii="Calibri" w:hAnsi="Calibri"/>
                <w:b w:val="0"/>
                <w:i/>
                <w:color w:val="646464"/>
                <w:sz w:val="16"/>
              </w:rPr>
              <w:t>City</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 xml:space="preserve">  • Kod pocztowy / Poczta</w:t>
              <w:br/>
            </w:r>
            <w:r>
              <w:rPr>
                <w:rFonts w:ascii="Calibri" w:hAnsi="Calibri"/>
                <w:b w:val="0"/>
                <w:i/>
                <w:color w:val="646464"/>
                <w:sz w:val="16"/>
              </w:rPr>
              <w:t>Postcode / Post office</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 xml:space="preserve">  • Ulica, numer domu / mieszkania</w:t>
              <w:br/>
            </w:r>
            <w:r>
              <w:rPr>
                <w:rFonts w:ascii="Calibri" w:hAnsi="Calibri"/>
                <w:b w:val="0"/>
                <w:i/>
                <w:color w:val="646464"/>
                <w:sz w:val="16"/>
              </w:rPr>
              <w:t>Street, house / flat number</w:t>
            </w:r>
          </w:p>
        </w:tc>
        <w:tc>
          <w:tcPr>
            <w:tcW w:type="dxa" w:w="5472"/>
            <w:tcBorders>
              <w:bottom w:val="single" w:color="EFEFEF" w:sz="4" w:space="0"/>
            </w:tcBorders>
          </w:tcPr>
          <w:p>
            <w:pPr>
              <w:spacing w:before="60" w:after="60"/>
            </w:pPr>
            <w:r>
              <w:rPr>
                <w:rFonts w:ascii="Calibri" w:hAnsi="Calibri"/>
                <w:b w:val="0"/>
                <w:i w:val="0"/>
                <w:color w:val="969696"/>
                <w:sz w:val="18"/>
              </w:rPr>
              <w:t>...................................................................................</w:t>
            </w:r>
          </w:p>
        </w:tc>
      </w:tr>
    </w:tbl>
    <w:p>
      <w:r>
        <w:br w:type="page"/>
      </w:r>
    </w:p>
    <w:tbl>
      <w:tblPr>
        <w:tblW w:type="auto" w:w="0"/>
        <w:jc w:val="center"/>
        <w:tblLook w:firstColumn="1" w:firstRow="1" w:lastColumn="0" w:lastRow="0" w:noHBand="0" w:noVBand="1" w:val="04A0"/>
      </w:tblPr>
      <w:tblGrid>
        <w:gridCol w:w="4968"/>
        <w:gridCol w:w="4968"/>
      </w:tblGrid>
      <w:tr>
        <w:tc>
          <w:tcPr>
            <w:tcW w:type="dxa" w:w="14760"/>
            <w:gridSpan w:val="2"/>
            <w:shd w:fill="E8E8E8"/>
            <w:tcBorders>
              <w:top w:val="single" w:color="8B0000" w:sz="6" w:space="0"/>
              <w:bottom w:val="single" w:color="8B0000" w:sz="6" w:space="0"/>
            </w:tcBorders>
          </w:tcPr>
          <w:p>
            <w:pPr>
              <w:spacing w:before="120" w:after="80"/>
            </w:pPr>
            <w:r>
              <w:rPr>
                <w:rFonts w:ascii="Calibri" w:hAnsi="Calibri"/>
                <w:b/>
                <w:i w:val="0"/>
                <w:color w:val="8B0000"/>
                <w:sz w:val="19"/>
              </w:rPr>
              <w:t xml:space="preserve">ADRES ZAMIESZKANIA / </w:t>
            </w:r>
            <w:r>
              <w:rPr>
                <w:rFonts w:ascii="Calibri" w:hAnsi="Calibri"/>
                <w:b/>
                <w:i/>
                <w:color w:val="646464"/>
                <w:sz w:val="17"/>
              </w:rPr>
              <w:t>ADDRESS OF RESIDENCE</w:t>
            </w:r>
          </w:p>
        </w:tc>
      </w:tr>
      <w:tr>
        <w:tc>
          <w:tcPr>
            <w:tcW w:type="dxa" w:w="4320"/>
            <w:tcBorders>
              <w:bottom w:val="single" w:color="EFEFEF" w:sz="4" w:space="0"/>
            </w:tcBorders>
          </w:tcPr>
          <w:p>
            <w:pPr>
              <w:spacing w:before="60" w:after="60"/>
            </w:pPr>
            <w:r>
              <w:rPr>
                <w:rFonts w:ascii="Calibri" w:hAnsi="Calibri"/>
                <w:b/>
                <w:i w:val="0"/>
                <w:color w:val="1E1E1E"/>
                <w:sz w:val="18"/>
              </w:rPr>
              <w:t xml:space="preserve">  • Miejscowość</w:t>
              <w:br/>
            </w:r>
            <w:r>
              <w:rPr>
                <w:rFonts w:ascii="Calibri" w:hAnsi="Calibri"/>
                <w:b w:val="0"/>
                <w:i/>
                <w:color w:val="646464"/>
                <w:sz w:val="16"/>
              </w:rPr>
              <w:t>City</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 xml:space="preserve">  • Kod pocztowy / Poczta</w:t>
              <w:br/>
            </w:r>
            <w:r>
              <w:rPr>
                <w:rFonts w:ascii="Calibri" w:hAnsi="Calibri"/>
                <w:b w:val="0"/>
                <w:i/>
                <w:color w:val="646464"/>
                <w:sz w:val="16"/>
              </w:rPr>
              <w:t>Postcode / Post office</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 xml:space="preserve">  • Ulica, numer domu / mieszkania</w:t>
              <w:br/>
            </w:r>
            <w:r>
              <w:rPr>
                <w:rFonts w:ascii="Calibri" w:hAnsi="Calibri"/>
                <w:b w:val="0"/>
                <w:i/>
                <w:color w:val="646464"/>
                <w:sz w:val="16"/>
              </w:rPr>
              <w:t>Street, house / flat number</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14760"/>
            <w:gridSpan w:val="2"/>
            <w:shd w:fill="E8E8E8"/>
            <w:tcBorders>
              <w:top w:val="single" w:color="8B0000" w:sz="6" w:space="0"/>
              <w:bottom w:val="single" w:color="8B0000" w:sz="6" w:space="0"/>
            </w:tcBorders>
          </w:tcPr>
          <w:p>
            <w:pPr>
              <w:spacing w:before="120" w:after="80"/>
            </w:pPr>
            <w:r>
              <w:rPr>
                <w:rFonts w:ascii="Calibri" w:hAnsi="Calibri"/>
                <w:b/>
                <w:i w:val="0"/>
                <w:color w:val="8B0000"/>
                <w:sz w:val="19"/>
              </w:rPr>
              <w:t xml:space="preserve">KONTAKT I RACHUNEK BANKOWY / </w:t>
            </w:r>
            <w:r>
              <w:rPr>
                <w:rFonts w:ascii="Calibri" w:hAnsi="Calibri"/>
                <w:b/>
                <w:i/>
                <w:color w:val="646464"/>
                <w:sz w:val="17"/>
              </w:rPr>
              <w:t>CONTACT &amp; BANK ACCOUNT DETAILS</w:t>
            </w:r>
          </w:p>
        </w:tc>
      </w:tr>
      <w:tr>
        <w:tc>
          <w:tcPr>
            <w:tcW w:type="dxa" w:w="4320"/>
            <w:tcBorders>
              <w:bottom w:val="single" w:color="EFEFEF" w:sz="4" w:space="0"/>
            </w:tcBorders>
          </w:tcPr>
          <w:p>
            <w:pPr>
              <w:spacing w:before="60" w:after="60"/>
            </w:pPr>
            <w:r>
              <w:rPr>
                <w:rFonts w:ascii="Calibri" w:hAnsi="Calibri"/>
                <w:b/>
                <w:i w:val="0"/>
                <w:color w:val="1E1E1E"/>
                <w:sz w:val="18"/>
              </w:rPr>
              <w:t xml:space="preserve">  • Telefon kontaktowy</w:t>
              <w:br/>
            </w:r>
            <w:r>
              <w:rPr>
                <w:rFonts w:ascii="Calibri" w:hAnsi="Calibri"/>
                <w:b w:val="0"/>
                <w:i/>
                <w:color w:val="646464"/>
                <w:sz w:val="16"/>
              </w:rPr>
              <w:t>Contact phone</w:t>
            </w:r>
          </w:p>
        </w:tc>
        <w:tc>
          <w:tcPr>
            <w:tcW w:type="dxa" w:w="5472"/>
            <w:tcBorders>
              <w:bottom w:val="single" w:color="EFEFEF" w:sz="4" w:space="0"/>
            </w:tcBorders>
          </w:tcPr>
          <w:p>
            <w:pPr>
              <w:spacing w:before="60" w:after="60"/>
            </w:pPr>
            <w:r>
              <w:rPr>
                <w:rFonts w:ascii="Calibri" w:hAnsi="Calibri"/>
                <w:b w:val="0"/>
                <w:i w:val="0"/>
                <w:color w:val="969696"/>
                <w:sz w:val="18"/>
              </w:rPr>
              <w:t>...................................................................................</w:t>
            </w:r>
          </w:p>
        </w:tc>
      </w:tr>
      <w:tr>
        <w:tc>
          <w:tcPr>
            <w:tcW w:type="dxa" w:w="4320"/>
            <w:tcBorders>
              <w:bottom w:val="single" w:color="EFEFEF" w:sz="4" w:space="0"/>
            </w:tcBorders>
          </w:tcPr>
          <w:p>
            <w:pPr>
              <w:spacing w:before="60" w:after="60"/>
            </w:pPr>
            <w:r>
              <w:rPr>
                <w:rFonts w:ascii="Calibri" w:hAnsi="Calibri"/>
                <w:b/>
                <w:i w:val="0"/>
                <w:color w:val="1E1E1E"/>
                <w:sz w:val="18"/>
              </w:rPr>
              <w:t xml:space="preserve">  • Nazwa i numer rachunku bankowego (w polskim banku)</w:t>
              <w:br/>
            </w:r>
            <w:r>
              <w:rPr>
                <w:rFonts w:ascii="Calibri" w:hAnsi="Calibri"/>
                <w:b w:val="0"/>
                <w:i/>
                <w:color w:val="646464"/>
                <w:sz w:val="16"/>
              </w:rPr>
              <w:t>Bank account name and number (in a Polish Bank)</w:t>
            </w:r>
          </w:p>
        </w:tc>
        <w:tc>
          <w:tcPr>
            <w:tcW w:type="dxa" w:w="5472"/>
            <w:tcBorders>
              <w:bottom w:val="single" w:color="EFEFEF" w:sz="4" w:space="0"/>
            </w:tcBorders>
          </w:tcPr>
          <w:p>
            <w:pPr>
              <w:spacing w:before="60" w:after="60"/>
            </w:pPr>
            <w:r>
              <w:rPr>
                <w:rFonts w:ascii="Calibri" w:hAnsi="Calibri"/>
                <w:b w:val="0"/>
                <w:i w:val="0"/>
                <w:color w:val="969696"/>
                <w:sz w:val="18"/>
              </w:rPr>
              <w:t>...................................................................................</w:t>
            </w:r>
          </w:p>
        </w:tc>
      </w:tr>
    </w:tbl>
    <w:p>
      <w:pPr>
        <w:spacing w:before="280" w:after="40"/>
        <w:jc w:val="right"/>
      </w:pPr>
      <w:r>
        <w:rPr>
          <w:rFonts w:ascii="Calibri" w:hAnsi="Calibri"/>
          <w:b w:val="0"/>
          <w:i w:val="0"/>
          <w:color w:val="1E1E1E"/>
          <w:sz w:val="19"/>
        </w:rPr>
        <w:t>...................................................................................</w:t>
        <w:br/>
      </w:r>
      <w:r>
        <w:rPr>
          <w:rFonts w:ascii="Calibri" w:hAnsi="Calibri"/>
          <w:b w:val="0"/>
          <w:i/>
          <w:color w:val="1E1E1E"/>
          <w:sz w:val="16"/>
        </w:rPr>
        <w:t>(podpis osoby składającej kwestionariusz)</w:t>
        <w:br/>
      </w:r>
      <w:r>
        <w:rPr>
          <w:rFonts w:ascii="Calibri" w:hAnsi="Calibri"/>
          <w:b w:val="0"/>
          <w:i/>
          <w:color w:val="646464"/>
          <w:sz w:val="16"/>
        </w:rPr>
        <w:t>(signature of the person submitting the questionnaire)</w:t>
      </w:r>
    </w:p>
    <w:p>
      <w:pPr>
        <w:spacing w:after="160"/>
      </w:pPr>
    </w:p>
    <w:tbl>
      <w:tblPr>
        <w:tblW w:type="auto" w:w="0"/>
        <w:jc w:val="center"/>
        <w:tblLook w:firstColumn="1" w:firstRow="1" w:lastColumn="0" w:lastRow="0" w:noHBand="0" w:noVBand="1" w:val="04A0"/>
      </w:tblPr>
      <w:tblGrid>
        <w:gridCol w:w="9936"/>
      </w:tblGrid>
      <w:tr>
        <w:tc>
          <w:tcPr>
            <w:tcW w:type="dxa" w:w="9792"/>
            <w:shd w:fill="FAFAFA"/>
            <w:tcBorders>
              <w:top w:val="single" w:color="CCCCCC" w:sz="6" w:space="0"/>
              <w:left w:val="single" w:color="CCCCCC" w:sz="6" w:space="0"/>
              <w:bottom w:val="single" w:color="CCCCCC" w:sz="6" w:space="0"/>
              <w:right w:val="single" w:color="CCCCCC" w:sz="6" w:space="0"/>
            </w:tcBorders>
          </w:tcPr>
          <w:p>
            <w:pPr>
              <w:spacing w:before="80" w:after="80"/>
            </w:pPr>
            <w:r>
              <w:rPr>
                <w:rFonts w:ascii="Calibri" w:hAnsi="Calibri"/>
                <w:b/>
                <w:i w:val="0"/>
                <w:color w:val="8B0000"/>
                <w:sz w:val="20"/>
              </w:rPr>
              <w:t xml:space="preserve">Oświadczenie / </w:t>
            </w:r>
            <w:r>
              <w:rPr>
                <w:rFonts w:ascii="Calibri" w:hAnsi="Calibri"/>
                <w:b/>
                <w:i/>
                <w:color w:val="646464"/>
                <w:sz w:val="18"/>
              </w:rPr>
              <w:t>Statement</w:t>
            </w:r>
          </w:p>
          <w:p>
            <w:pPr>
              <w:spacing w:after="80"/>
            </w:pPr>
            <w:r>
              <w:rPr>
                <w:rFonts w:ascii="Calibri" w:hAnsi="Calibri"/>
                <w:b w:val="0"/>
                <w:i w:val="0"/>
                <w:color w:val="1E1E1E"/>
                <w:sz w:val="17"/>
              </w:rPr>
              <w:t>W trybie przepisu art. 41 Kodeks Postępowania Administracyjnego (Dz.U.2021.735 t.j.) zobowiązuję się zawiadomić Dziekanat Szkoły Doktorskiej Politechniki Wrocławskiej o każdej zmianie swojego adresu do doręczeń. W razie zaniedbania powyższego obowiązku doręczenie pisma pod dotychczasowym adresem ma skutek prawny.</w:t>
            </w:r>
          </w:p>
          <w:p>
            <w:pPr>
              <w:spacing w:after="80"/>
            </w:pPr>
            <w:r>
              <w:rPr>
                <w:rFonts w:ascii="Calibri" w:hAnsi="Calibri"/>
                <w:b w:val="0"/>
                <w:i/>
                <w:color w:val="646464"/>
                <w:sz w:val="17"/>
              </w:rPr>
              <w:t>Pursuant to Art. 41 of the Code of Administrative Procedure (Journal of Laws of 2021, item 735), I undertake to notify the Dean's Office of the Doctoral School of Wrocław University of Science and Technology of any change in my address for service. In the event of failure to comply with the above obligation, delivery of the letter to the current address has legal effect.</w:t>
            </w:r>
          </w:p>
        </w:tc>
      </w:tr>
    </w:tbl>
    <w:p>
      <w:pPr>
        <w:spacing w:before="280" w:after="0"/>
        <w:jc w:val="right"/>
      </w:pPr>
      <w:r>
        <w:rPr>
          <w:rFonts w:ascii="Calibri" w:hAnsi="Calibri"/>
          <w:b w:val="0"/>
          <w:i w:val="0"/>
          <w:color w:val="1E1E1E"/>
          <w:sz w:val="19"/>
        </w:rPr>
        <w:t>...................................................................................</w:t>
        <w:br/>
      </w:r>
      <w:r>
        <w:rPr>
          <w:rFonts w:ascii="Calibri" w:hAnsi="Calibri"/>
          <w:b w:val="0"/>
          <w:i/>
          <w:color w:val="1E1E1E"/>
          <w:sz w:val="16"/>
        </w:rPr>
        <w:t>(podpis osoby składającej kwestionariusz)</w:t>
        <w:br/>
      </w:r>
      <w:r>
        <w:rPr>
          <w:rFonts w:ascii="Calibri" w:hAnsi="Calibri"/>
          <w:b w:val="0"/>
          <w:i/>
          <w:color w:val="646464"/>
          <w:sz w:val="16"/>
        </w:rPr>
        <w:t>(signature of the person submitting the questionnaire)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